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58FF9" w14:textId="77777777" w:rsidR="00847FD9" w:rsidRPr="006B6934" w:rsidRDefault="005E0FE0">
      <w:pPr>
        <w:spacing w:after="600"/>
        <w:jc w:val="right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i/>
          <w:sz w:val="20"/>
          <w:lang w:val="pl-PL"/>
        </w:rPr>
        <w:t>Załącznik nr 7 do Regulaminu Szkoły Doktorskiej</w:t>
      </w:r>
    </w:p>
    <w:p w14:paraId="1B311030" w14:textId="77777777" w:rsidR="00847FD9" w:rsidRPr="006B6934" w:rsidRDefault="005E0FE0" w:rsidP="00790CBE">
      <w:pPr>
        <w:spacing w:before="500" w:after="0"/>
        <w:jc w:val="center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sz w:val="24"/>
          <w:lang w:val="pl-PL"/>
        </w:rPr>
        <w:t>Sprawozdanie z aktywności naukowej lub artystycznej</w:t>
      </w:r>
    </w:p>
    <w:tbl>
      <w:tblPr>
        <w:tblW w:w="10204" w:type="dxa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6B6934" w:rsidRPr="006B6934" w14:paraId="317F5A9A" w14:textId="77777777" w:rsidTr="006B6934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446B4EA" w14:textId="02F1D72E" w:rsidR="006B6934" w:rsidRPr="006B6934" w:rsidRDefault="006B6934" w:rsidP="00790CBE">
            <w:pPr>
              <w:spacing w:before="240" w:after="40"/>
              <w:jc w:val="center"/>
              <w:rPr>
                <w:rFonts w:asciiTheme="majorHAnsi" w:hAnsiTheme="majorHAnsi" w:cstheme="majorHAnsi"/>
                <w:lang w:val="pl-PL"/>
              </w:rPr>
            </w:pPr>
            <w:r w:rsidRPr="006B6934">
              <w:rPr>
                <w:rFonts w:asciiTheme="majorHAnsi" w:hAnsiTheme="majorHAnsi" w:cstheme="majorHAnsi"/>
                <w:sz w:val="20"/>
              </w:rPr>
              <w:t>................................................................</w:t>
            </w:r>
            <w:r w:rsidRPr="006B6934">
              <w:rPr>
                <w:rFonts w:asciiTheme="majorHAnsi" w:hAnsiTheme="majorHAnsi" w:cstheme="majorHAnsi"/>
                <w:sz w:val="20"/>
              </w:rPr>
              <w:br/>
              <w:t>imię i nazwisko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79746AD" w14:textId="77777777" w:rsidR="006B6934" w:rsidRPr="006B6934" w:rsidRDefault="006B6934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  <w:r w:rsidRPr="006B6934">
              <w:rPr>
                <w:rFonts w:asciiTheme="majorHAnsi" w:hAnsiTheme="majorHAnsi" w:cstheme="majorHAnsi"/>
                <w:sz w:val="20"/>
              </w:rPr>
              <w:t>................................................................</w:t>
            </w:r>
            <w:r w:rsidRPr="006B6934">
              <w:rPr>
                <w:rFonts w:asciiTheme="majorHAnsi" w:hAnsiTheme="majorHAnsi" w:cstheme="majorHAnsi"/>
                <w:sz w:val="20"/>
              </w:rPr>
              <w:br/>
              <w:t>miejscowość, data</w:t>
            </w:r>
          </w:p>
        </w:tc>
      </w:tr>
      <w:tr w:rsidR="00C82670" w:rsidRPr="006B6934" w14:paraId="60B949B6" w14:textId="77777777" w:rsidTr="008D277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DC3942B" w14:textId="1C344313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  <w:r w:rsidRPr="006B6934">
              <w:rPr>
                <w:rFonts w:asciiTheme="majorHAnsi" w:hAnsiTheme="majorHAnsi" w:cstheme="majorHAnsi"/>
                <w:sz w:val="20"/>
              </w:rPr>
              <w:t>................................................................</w:t>
            </w:r>
            <w:r w:rsidRPr="006B6934">
              <w:rPr>
                <w:rFonts w:asciiTheme="majorHAnsi" w:hAnsiTheme="majorHAnsi" w:cstheme="majorHAnsi"/>
                <w:sz w:val="20"/>
              </w:rPr>
              <w:br/>
              <w:t>numer albumu</w:t>
            </w:r>
          </w:p>
        </w:tc>
        <w:tc>
          <w:tcPr>
            <w:tcW w:w="5102" w:type="dxa"/>
            <w:vMerge w:val="restart"/>
            <w:tcBorders>
              <w:top w:val="nil"/>
              <w:left w:val="nil"/>
              <w:right w:val="nil"/>
            </w:tcBorders>
          </w:tcPr>
          <w:p w14:paraId="531827BC" w14:textId="77777777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82670" w:rsidRPr="006B6934" w14:paraId="45CE4BCB" w14:textId="77777777" w:rsidTr="008D277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F4DB2F8" w14:textId="77E03CB3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  <w:r w:rsidRPr="006B6934">
              <w:rPr>
                <w:rFonts w:asciiTheme="majorHAnsi" w:hAnsiTheme="majorHAnsi" w:cstheme="majorHAnsi"/>
                <w:sz w:val="20"/>
              </w:rPr>
              <w:t>................................................................</w:t>
            </w:r>
            <w:r w:rsidRPr="006B6934">
              <w:rPr>
                <w:rFonts w:asciiTheme="majorHAnsi" w:hAnsiTheme="majorHAnsi" w:cstheme="majorHAnsi"/>
                <w:sz w:val="20"/>
              </w:rPr>
              <w:br/>
              <w:t>numer ORCID</w:t>
            </w:r>
          </w:p>
        </w:tc>
        <w:tc>
          <w:tcPr>
            <w:tcW w:w="5102" w:type="dxa"/>
            <w:vMerge/>
            <w:tcBorders>
              <w:left w:val="nil"/>
              <w:right w:val="nil"/>
            </w:tcBorders>
          </w:tcPr>
          <w:p w14:paraId="22D7A47E" w14:textId="77777777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82670" w:rsidRPr="006B6934" w14:paraId="05E5AE41" w14:textId="77777777" w:rsidTr="008D277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8E3D197" w14:textId="562F9D9C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  <w:sz w:val="20"/>
              </w:rPr>
            </w:pPr>
            <w:r w:rsidRPr="006B6934">
              <w:rPr>
                <w:rFonts w:asciiTheme="majorHAnsi" w:hAnsiTheme="majorHAnsi" w:cstheme="majorHAnsi"/>
                <w:sz w:val="20"/>
              </w:rPr>
              <w:t>................................................................</w:t>
            </w:r>
            <w:r w:rsidRPr="006B6934">
              <w:rPr>
                <w:rFonts w:asciiTheme="majorHAnsi" w:hAnsiTheme="majorHAnsi" w:cstheme="majorHAnsi"/>
                <w:sz w:val="20"/>
              </w:rPr>
              <w:br/>
            </w:r>
            <w:r>
              <w:rPr>
                <w:rFonts w:asciiTheme="majorHAnsi" w:hAnsiTheme="majorHAnsi" w:cstheme="majorHAnsi"/>
                <w:sz w:val="20"/>
              </w:rPr>
              <w:t>dyscyplina</w:t>
            </w:r>
          </w:p>
        </w:tc>
        <w:tc>
          <w:tcPr>
            <w:tcW w:w="5102" w:type="dxa"/>
            <w:vMerge/>
            <w:tcBorders>
              <w:left w:val="nil"/>
              <w:bottom w:val="nil"/>
              <w:right w:val="nil"/>
            </w:tcBorders>
          </w:tcPr>
          <w:p w14:paraId="16EC64DA" w14:textId="77777777" w:rsidR="00C82670" w:rsidRPr="006B6934" w:rsidRDefault="00C82670" w:rsidP="00790CBE">
            <w:pPr>
              <w:spacing w:before="240" w:after="4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47E09121" w14:textId="1AF59759" w:rsidR="00847FD9" w:rsidRPr="006B6934" w:rsidRDefault="005E0FE0" w:rsidP="006B6934">
      <w:pPr>
        <w:pStyle w:val="Akapitzlist"/>
        <w:numPr>
          <w:ilvl w:val="0"/>
          <w:numId w:val="11"/>
        </w:numPr>
        <w:spacing w:before="360" w:after="160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sz w:val="22"/>
          <w:lang w:val="pl-PL"/>
        </w:rPr>
        <w:t>Aktywność naukowa w I/III/IV* roku kształcenia</w:t>
      </w:r>
    </w:p>
    <w:p w14:paraId="5558B077" w14:textId="23D096E1" w:rsidR="006B6934" w:rsidRPr="006B6934" w:rsidRDefault="005E0FE0" w:rsidP="006B6934">
      <w:pPr>
        <w:pStyle w:val="Akapitzlist"/>
        <w:numPr>
          <w:ilvl w:val="0"/>
          <w:numId w:val="12"/>
        </w:numPr>
        <w:spacing w:after="120"/>
        <w:ind w:left="714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lang w:val="pl-PL"/>
        </w:rPr>
        <w:t>Artykuły naukowe opublikowane w czasopismach naukowych i w recenzowanych materiałach z</w:t>
      </w:r>
      <w:r w:rsidR="009F6DE7">
        <w:rPr>
          <w:rFonts w:asciiTheme="majorHAnsi" w:hAnsiTheme="majorHAnsi" w:cstheme="majorHAnsi"/>
          <w:lang w:val="pl-PL"/>
        </w:rPr>
        <w:t> </w:t>
      </w:r>
      <w:r w:rsidRPr="006B6934">
        <w:rPr>
          <w:rFonts w:asciiTheme="majorHAnsi" w:hAnsiTheme="majorHAnsi" w:cstheme="majorHAnsi"/>
          <w:lang w:val="pl-PL"/>
        </w:rPr>
        <w:t>międzynarodowych konferencji naukowych, zamieszczonych w wykazie sporządzonym zgodnie z</w:t>
      </w:r>
      <w:r w:rsidR="009F6DE7">
        <w:rPr>
          <w:rFonts w:asciiTheme="majorHAnsi" w:hAnsiTheme="majorHAnsi" w:cstheme="majorHAnsi"/>
          <w:lang w:val="pl-PL"/>
        </w:rPr>
        <w:t> </w:t>
      </w:r>
      <w:r w:rsidRPr="006B6934">
        <w:rPr>
          <w:rFonts w:asciiTheme="majorHAnsi" w:hAnsiTheme="majorHAnsi" w:cstheme="majorHAnsi"/>
          <w:lang w:val="pl-PL"/>
        </w:rPr>
        <w:t>przepisami wydanymi na podstawie artykułu 267 ust</w:t>
      </w:r>
      <w:r w:rsidR="009F6DE7">
        <w:rPr>
          <w:rFonts w:asciiTheme="majorHAnsi" w:hAnsiTheme="majorHAnsi" w:cstheme="majorHAnsi"/>
          <w:lang w:val="pl-PL"/>
        </w:rPr>
        <w:t>.</w:t>
      </w:r>
      <w:r w:rsidRPr="006B6934">
        <w:rPr>
          <w:rFonts w:asciiTheme="majorHAnsi" w:hAnsiTheme="majorHAnsi" w:cstheme="majorHAnsi"/>
          <w:lang w:val="pl-PL"/>
        </w:rPr>
        <w:t xml:space="preserve"> 2 p</w:t>
      </w:r>
      <w:r w:rsidR="009F6DE7">
        <w:rPr>
          <w:rFonts w:asciiTheme="majorHAnsi" w:hAnsiTheme="majorHAnsi" w:cstheme="majorHAnsi"/>
          <w:lang w:val="pl-PL"/>
        </w:rPr>
        <w:t>kt</w:t>
      </w:r>
      <w:r w:rsidRPr="006B6934">
        <w:rPr>
          <w:rFonts w:asciiTheme="majorHAnsi" w:hAnsiTheme="majorHAnsi" w:cstheme="majorHAnsi"/>
          <w:lang w:val="pl-PL"/>
        </w:rPr>
        <w:t xml:space="preserve"> 2 lit</w:t>
      </w:r>
      <w:r w:rsidR="009F6DE7">
        <w:rPr>
          <w:rFonts w:asciiTheme="majorHAnsi" w:hAnsiTheme="majorHAnsi" w:cstheme="majorHAnsi"/>
          <w:lang w:val="pl-PL"/>
        </w:rPr>
        <w:t>.</w:t>
      </w:r>
      <w:r w:rsidRPr="006B6934">
        <w:rPr>
          <w:rFonts w:asciiTheme="majorHAnsi" w:hAnsiTheme="majorHAnsi" w:cstheme="majorHAnsi"/>
          <w:lang w:val="pl-PL"/>
        </w:rPr>
        <w:t xml:space="preserve"> b ustawy z dnia 20 lipca 2018 roku – Prawo o szkolnictwie wyższym i nauce, zwanym dalej „wykazem czasopism”:</w:t>
      </w:r>
    </w:p>
    <w:p w14:paraId="7F5D8096" w14:textId="6F420098" w:rsidR="00847FD9" w:rsidRPr="006B6934" w:rsidRDefault="005E0FE0" w:rsidP="006B6934">
      <w:pPr>
        <w:spacing w:after="8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</w:t>
      </w:r>
      <w:r w:rsidR="006B6934"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1B0569" w14:textId="00ABB410" w:rsidR="00847FD9" w:rsidRPr="006B6934" w:rsidRDefault="005E0FE0" w:rsidP="006B6934">
      <w:pPr>
        <w:pStyle w:val="Akapitzlist"/>
        <w:numPr>
          <w:ilvl w:val="0"/>
          <w:numId w:val="12"/>
        </w:numPr>
        <w:spacing w:after="120"/>
        <w:ind w:left="714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lang w:val="pl-PL"/>
        </w:rPr>
        <w:t>Monografie naukowe, redakcje naukowe takich monografii i autorstwa rozdziałów w takich monografiach wydane przez wydawnictwa zamieszczone w wykazie sporządzonym zgodnie z przepisami wydanymi na podstawie artykułu 267 ust</w:t>
      </w:r>
      <w:r w:rsidR="009F6DE7">
        <w:rPr>
          <w:rFonts w:asciiTheme="majorHAnsi" w:hAnsiTheme="majorHAnsi" w:cstheme="majorHAnsi"/>
          <w:lang w:val="pl-PL"/>
        </w:rPr>
        <w:t>.</w:t>
      </w:r>
      <w:r w:rsidRPr="006B6934">
        <w:rPr>
          <w:rFonts w:asciiTheme="majorHAnsi" w:hAnsiTheme="majorHAnsi" w:cstheme="majorHAnsi"/>
          <w:lang w:val="pl-PL"/>
        </w:rPr>
        <w:t xml:space="preserve"> 2 p</w:t>
      </w:r>
      <w:r w:rsidR="009F6DE7">
        <w:rPr>
          <w:rFonts w:asciiTheme="majorHAnsi" w:hAnsiTheme="majorHAnsi" w:cstheme="majorHAnsi"/>
          <w:lang w:val="pl-PL"/>
        </w:rPr>
        <w:t xml:space="preserve">kt </w:t>
      </w:r>
      <w:r w:rsidRPr="006B6934">
        <w:rPr>
          <w:rFonts w:asciiTheme="majorHAnsi" w:hAnsiTheme="majorHAnsi" w:cstheme="majorHAnsi"/>
          <w:lang w:val="pl-PL"/>
        </w:rPr>
        <w:t>2 lit</w:t>
      </w:r>
      <w:r w:rsidR="009F6DE7">
        <w:rPr>
          <w:rFonts w:asciiTheme="majorHAnsi" w:hAnsiTheme="majorHAnsi" w:cstheme="majorHAnsi"/>
          <w:lang w:val="pl-PL"/>
        </w:rPr>
        <w:t>.</w:t>
      </w:r>
      <w:r w:rsidRPr="006B6934">
        <w:rPr>
          <w:rFonts w:asciiTheme="majorHAnsi" w:hAnsiTheme="majorHAnsi" w:cstheme="majorHAnsi"/>
          <w:lang w:val="pl-PL"/>
        </w:rPr>
        <w:t xml:space="preserve"> a ustawy z dnia 20 lipca 2018 roku – Prawo o szkolnictwie wyższym i</w:t>
      </w:r>
      <w:r w:rsidR="009F6DE7">
        <w:rPr>
          <w:rFonts w:asciiTheme="majorHAnsi" w:hAnsiTheme="majorHAnsi" w:cstheme="majorHAnsi"/>
          <w:lang w:val="pl-PL"/>
        </w:rPr>
        <w:t> </w:t>
      </w:r>
      <w:r w:rsidRPr="006B6934">
        <w:rPr>
          <w:rFonts w:asciiTheme="majorHAnsi" w:hAnsiTheme="majorHAnsi" w:cstheme="majorHAnsi"/>
          <w:lang w:val="pl-PL"/>
        </w:rPr>
        <w:t>nauce, zwanym dalej „wykazem wydawnictw”, redakcji naukowych takich monografii i rozdziałów w takich monografiach:</w:t>
      </w:r>
    </w:p>
    <w:p w14:paraId="50A3BA8E" w14:textId="77777777" w:rsidR="006B6934" w:rsidRPr="006B6934" w:rsidRDefault="006B6934" w:rsidP="006B6934">
      <w:pPr>
        <w:spacing w:after="8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41B2BC" w14:textId="576D308C" w:rsidR="00847FD9" w:rsidRPr="006B6934" w:rsidRDefault="005E0FE0" w:rsidP="006B6934">
      <w:pPr>
        <w:pStyle w:val="Akapitzlist"/>
        <w:numPr>
          <w:ilvl w:val="0"/>
          <w:numId w:val="12"/>
        </w:numPr>
        <w:spacing w:after="120"/>
        <w:ind w:left="714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lang w:val="pl-PL"/>
        </w:rPr>
        <w:t>Monografie naukowe wydane przez wydawnictwa niezamieszczone w wykazie wydawnictw, o którym mowa w punkcie 3, redakcji naukowych takich monografii i autorstwa rozdziałów w takich monografiach:</w:t>
      </w:r>
    </w:p>
    <w:p w14:paraId="70272F62" w14:textId="77777777" w:rsidR="006B6934" w:rsidRPr="006B6934" w:rsidRDefault="006B6934" w:rsidP="006B6934">
      <w:pPr>
        <w:spacing w:after="8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E98644" w14:textId="6A67177D" w:rsidR="00847FD9" w:rsidRPr="006B6934" w:rsidRDefault="005E0FE0" w:rsidP="006B6934">
      <w:pPr>
        <w:pStyle w:val="Akapitzlist"/>
        <w:numPr>
          <w:ilvl w:val="0"/>
          <w:numId w:val="12"/>
        </w:numPr>
        <w:spacing w:after="120"/>
        <w:ind w:left="714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lang w:val="pl-PL"/>
        </w:rPr>
        <w:t>Udzielone patenty na wynalazki:</w:t>
      </w:r>
    </w:p>
    <w:p w14:paraId="341690C4" w14:textId="4EAC05C0" w:rsidR="006B6934" w:rsidRPr="006B6934" w:rsidRDefault="006B6934" w:rsidP="006B6934">
      <w:pPr>
        <w:spacing w:after="8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494A696B" w14:textId="5BF07130" w:rsidR="00847FD9" w:rsidRPr="006B6934" w:rsidRDefault="005E0FE0" w:rsidP="006B6934">
      <w:pPr>
        <w:pStyle w:val="Akapitzlist"/>
        <w:numPr>
          <w:ilvl w:val="0"/>
          <w:numId w:val="12"/>
        </w:numPr>
        <w:spacing w:after="120"/>
        <w:ind w:left="714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lang w:val="pl-PL"/>
        </w:rPr>
        <w:t>Udzielone prawa ochronne na wzory użytkowe:</w:t>
      </w:r>
    </w:p>
    <w:p w14:paraId="60BF8088" w14:textId="38657682" w:rsidR="006B6934" w:rsidRPr="006B6934" w:rsidRDefault="006B6934" w:rsidP="006B6934">
      <w:pPr>
        <w:spacing w:after="8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14:paraId="6B31B413" w14:textId="38E9E1FA" w:rsidR="00847FD9" w:rsidRPr="006B6934" w:rsidRDefault="005E0FE0" w:rsidP="006B6934">
      <w:pPr>
        <w:pStyle w:val="Akapitzlist"/>
        <w:numPr>
          <w:ilvl w:val="0"/>
          <w:numId w:val="14"/>
        </w:numPr>
        <w:spacing w:before="100" w:after="160"/>
        <w:ind w:left="357" w:hanging="357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sz w:val="22"/>
          <w:lang w:val="pl-PL"/>
        </w:rPr>
        <w:lastRenderedPageBreak/>
        <w:t>Aktywność artystyczna na I/III/IV* roku kształcenia</w:t>
      </w:r>
    </w:p>
    <w:p w14:paraId="6CD624D3" w14:textId="636207D3" w:rsidR="00847FD9" w:rsidRPr="006B6934" w:rsidRDefault="005E0FE0" w:rsidP="006B6934">
      <w:pPr>
        <w:pStyle w:val="Akapitzlist"/>
        <w:numPr>
          <w:ilvl w:val="0"/>
          <w:numId w:val="15"/>
        </w:numPr>
        <w:spacing w:after="6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</w:t>
      </w:r>
    </w:p>
    <w:p w14:paraId="6E4FB074" w14:textId="1F6737F4" w:rsidR="00847FD9" w:rsidRPr="006B6934" w:rsidRDefault="005E0FE0" w:rsidP="006B6934">
      <w:pPr>
        <w:pStyle w:val="Akapitzlist"/>
        <w:numPr>
          <w:ilvl w:val="0"/>
          <w:numId w:val="15"/>
        </w:numPr>
        <w:spacing w:after="6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</w:t>
      </w:r>
    </w:p>
    <w:p w14:paraId="02315173" w14:textId="03763997" w:rsidR="00847FD9" w:rsidRPr="006B6934" w:rsidRDefault="005E0FE0" w:rsidP="006B6934">
      <w:pPr>
        <w:pStyle w:val="Akapitzlist"/>
        <w:numPr>
          <w:ilvl w:val="0"/>
          <w:numId w:val="15"/>
        </w:numPr>
        <w:spacing w:after="6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</w:t>
      </w:r>
    </w:p>
    <w:p w14:paraId="390E4D45" w14:textId="1BD5B434" w:rsidR="00847FD9" w:rsidRPr="006B6934" w:rsidRDefault="005E0FE0" w:rsidP="006B6934">
      <w:pPr>
        <w:pStyle w:val="Akapitzlist"/>
        <w:numPr>
          <w:ilvl w:val="0"/>
          <w:numId w:val="15"/>
        </w:numPr>
        <w:spacing w:after="6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</w:t>
      </w:r>
    </w:p>
    <w:p w14:paraId="74B71526" w14:textId="54C8D616" w:rsidR="00847FD9" w:rsidRPr="006B6934" w:rsidRDefault="005E0FE0" w:rsidP="006B6934">
      <w:pPr>
        <w:pStyle w:val="Akapitzlist"/>
        <w:numPr>
          <w:ilvl w:val="0"/>
          <w:numId w:val="15"/>
        </w:numPr>
        <w:spacing w:after="6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</w:t>
      </w:r>
    </w:p>
    <w:p w14:paraId="4E49C49A" w14:textId="77777777" w:rsidR="006B6934" w:rsidRPr="006B6934" w:rsidRDefault="006B6934" w:rsidP="006B6934">
      <w:pPr>
        <w:pStyle w:val="Akapitzlist"/>
        <w:spacing w:after="60" w:line="360" w:lineRule="auto"/>
        <w:jc w:val="both"/>
        <w:rPr>
          <w:rFonts w:asciiTheme="majorHAnsi" w:hAnsiTheme="majorHAnsi" w:cstheme="majorHAnsi"/>
          <w:lang w:val="pl-PL"/>
        </w:rPr>
      </w:pPr>
    </w:p>
    <w:p w14:paraId="30EEA09D" w14:textId="095B6865" w:rsidR="00847FD9" w:rsidRPr="006B6934" w:rsidRDefault="005E0FE0" w:rsidP="006B6934">
      <w:pPr>
        <w:pStyle w:val="Akapitzlist"/>
        <w:numPr>
          <w:ilvl w:val="0"/>
          <w:numId w:val="18"/>
        </w:numPr>
        <w:spacing w:before="360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sz w:val="22"/>
          <w:lang w:val="pl-PL"/>
        </w:rPr>
        <w:t>Stan zaawansowania rozprawy doktorskiej – zadania wykonane w I/III/IV* roku kształcenia</w:t>
      </w:r>
    </w:p>
    <w:p w14:paraId="2E78F165" w14:textId="70688A9A" w:rsidR="00847FD9" w:rsidRPr="006B6934" w:rsidRDefault="006B6934" w:rsidP="006B6934">
      <w:pPr>
        <w:spacing w:after="100" w:line="360" w:lineRule="auto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0FE0"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</w:t>
      </w: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D1893A" w14:textId="77777777" w:rsidR="00847FD9" w:rsidRPr="006B6934" w:rsidRDefault="005E0FE0" w:rsidP="006B6934">
      <w:pPr>
        <w:spacing w:before="400"/>
        <w:ind w:left="6521"/>
        <w:jc w:val="center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8"/>
          <w:lang w:val="pl-PL"/>
        </w:rPr>
        <w:t>................................................................</w:t>
      </w:r>
      <w:r w:rsidRPr="006B6934">
        <w:rPr>
          <w:rFonts w:asciiTheme="majorHAnsi" w:hAnsiTheme="majorHAnsi" w:cstheme="majorHAnsi"/>
          <w:sz w:val="18"/>
          <w:lang w:val="pl-PL"/>
        </w:rPr>
        <w:br/>
      </w:r>
      <w:r w:rsidRPr="006B6934">
        <w:rPr>
          <w:rFonts w:asciiTheme="majorHAnsi" w:hAnsiTheme="majorHAnsi" w:cstheme="majorHAnsi"/>
          <w:sz w:val="19"/>
          <w:lang w:val="pl-PL"/>
        </w:rPr>
        <w:t>czytelny podpis doktoranta</w:t>
      </w:r>
    </w:p>
    <w:p w14:paraId="318A7899" w14:textId="460D00FE" w:rsidR="00847FD9" w:rsidRPr="006B6934" w:rsidRDefault="005E0FE0" w:rsidP="006B6934">
      <w:pPr>
        <w:pStyle w:val="Akapitzlist"/>
        <w:numPr>
          <w:ilvl w:val="0"/>
          <w:numId w:val="18"/>
        </w:numPr>
        <w:spacing w:after="120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sz w:val="22"/>
          <w:lang w:val="pl-PL"/>
        </w:rPr>
        <w:t>Opinia promotora</w:t>
      </w:r>
    </w:p>
    <w:p w14:paraId="68F8DCBB" w14:textId="77777777" w:rsidR="006B6934" w:rsidRPr="006B6934" w:rsidRDefault="006B6934" w:rsidP="006B6934">
      <w:pPr>
        <w:spacing w:before="400" w:line="360" w:lineRule="auto"/>
        <w:jc w:val="both"/>
        <w:rPr>
          <w:rFonts w:asciiTheme="majorHAnsi" w:hAnsiTheme="majorHAnsi" w:cstheme="majorHAnsi"/>
          <w:b/>
          <w:bCs/>
          <w:sz w:val="18"/>
          <w:lang w:val="pl-PL"/>
        </w:rPr>
      </w:pPr>
      <w:r w:rsidRPr="006B6934">
        <w:rPr>
          <w:rFonts w:asciiTheme="majorHAnsi" w:hAnsiTheme="majorHAnsi" w:cstheme="majorHAnsi"/>
          <w:b/>
          <w:bCs/>
          <w:sz w:val="18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A18484" w14:textId="2E38F283" w:rsidR="00847FD9" w:rsidRPr="006B6934" w:rsidRDefault="006B6934" w:rsidP="006B6934">
      <w:pPr>
        <w:spacing w:before="400" w:line="360" w:lineRule="auto"/>
        <w:ind w:left="6237"/>
        <w:jc w:val="center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b/>
          <w:bCs/>
          <w:sz w:val="18"/>
          <w:lang w:val="pl-PL"/>
        </w:rPr>
        <w:t>.....</w:t>
      </w:r>
      <w:r w:rsidR="005E0FE0" w:rsidRPr="006B6934">
        <w:rPr>
          <w:rFonts w:asciiTheme="majorHAnsi" w:hAnsiTheme="majorHAnsi" w:cstheme="majorHAnsi"/>
          <w:b/>
          <w:bCs/>
          <w:sz w:val="18"/>
          <w:lang w:val="pl-PL"/>
        </w:rPr>
        <w:t>................................................................</w:t>
      </w:r>
      <w:r w:rsidR="005E0FE0" w:rsidRPr="006B6934">
        <w:rPr>
          <w:rFonts w:asciiTheme="majorHAnsi" w:hAnsiTheme="majorHAnsi" w:cstheme="majorHAnsi"/>
          <w:b/>
          <w:bCs/>
          <w:sz w:val="18"/>
          <w:lang w:val="pl-PL"/>
        </w:rPr>
        <w:br/>
      </w:r>
      <w:r w:rsidR="005E0FE0" w:rsidRPr="006B6934">
        <w:rPr>
          <w:rFonts w:asciiTheme="majorHAnsi" w:hAnsiTheme="majorHAnsi" w:cstheme="majorHAnsi"/>
          <w:sz w:val="19"/>
          <w:lang w:val="pl-PL"/>
        </w:rPr>
        <w:t>czytelny podpis promotora</w:t>
      </w:r>
    </w:p>
    <w:p w14:paraId="2365B514" w14:textId="77777777" w:rsidR="00847FD9" w:rsidRPr="006B6934" w:rsidRDefault="005E0FE0" w:rsidP="006B6934">
      <w:pPr>
        <w:spacing w:before="500" w:after="0"/>
        <w:jc w:val="both"/>
        <w:rPr>
          <w:rFonts w:asciiTheme="majorHAnsi" w:hAnsiTheme="majorHAnsi" w:cstheme="majorHAnsi"/>
          <w:lang w:val="pl-PL"/>
        </w:rPr>
      </w:pPr>
      <w:r w:rsidRPr="006B6934">
        <w:rPr>
          <w:rFonts w:asciiTheme="majorHAnsi" w:hAnsiTheme="majorHAnsi" w:cstheme="majorHAnsi"/>
          <w:sz w:val="19"/>
          <w:lang w:val="pl-PL"/>
        </w:rPr>
        <w:t>*zakreślić właściwy rok</w:t>
      </w:r>
    </w:p>
    <w:sectPr w:rsidR="00847FD9" w:rsidRPr="006B6934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F50E9F"/>
    <w:multiLevelType w:val="hybridMultilevel"/>
    <w:tmpl w:val="13C0E9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8314B1"/>
    <w:multiLevelType w:val="hybridMultilevel"/>
    <w:tmpl w:val="EEC8E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54EF0"/>
    <w:multiLevelType w:val="hybridMultilevel"/>
    <w:tmpl w:val="44FAB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64C2E"/>
    <w:multiLevelType w:val="hybridMultilevel"/>
    <w:tmpl w:val="8DD0F0C4"/>
    <w:lvl w:ilvl="0" w:tplc="1E6454FC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B32076"/>
    <w:multiLevelType w:val="hybridMultilevel"/>
    <w:tmpl w:val="F99C8E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C5AC5"/>
    <w:multiLevelType w:val="hybridMultilevel"/>
    <w:tmpl w:val="B3E2599A"/>
    <w:lvl w:ilvl="0" w:tplc="02D03FA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5C1B25"/>
    <w:multiLevelType w:val="hybridMultilevel"/>
    <w:tmpl w:val="CD4C6268"/>
    <w:lvl w:ilvl="0" w:tplc="9974A3A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C87469"/>
    <w:multiLevelType w:val="hybridMultilevel"/>
    <w:tmpl w:val="FA7AE6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921FF"/>
    <w:multiLevelType w:val="hybridMultilevel"/>
    <w:tmpl w:val="C772DC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A057C"/>
    <w:multiLevelType w:val="hybridMultilevel"/>
    <w:tmpl w:val="FDBE03E0"/>
    <w:lvl w:ilvl="0" w:tplc="C192A51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9633977">
    <w:abstractNumId w:val="8"/>
  </w:num>
  <w:num w:numId="2" w16cid:durableId="622804872">
    <w:abstractNumId w:val="6"/>
  </w:num>
  <w:num w:numId="3" w16cid:durableId="1373116218">
    <w:abstractNumId w:val="5"/>
  </w:num>
  <w:num w:numId="4" w16cid:durableId="550730470">
    <w:abstractNumId w:val="4"/>
  </w:num>
  <w:num w:numId="5" w16cid:durableId="1251966918">
    <w:abstractNumId w:val="7"/>
  </w:num>
  <w:num w:numId="6" w16cid:durableId="1863281058">
    <w:abstractNumId w:val="3"/>
  </w:num>
  <w:num w:numId="7" w16cid:durableId="1570844246">
    <w:abstractNumId w:val="2"/>
  </w:num>
  <w:num w:numId="8" w16cid:durableId="1690642965">
    <w:abstractNumId w:val="1"/>
  </w:num>
  <w:num w:numId="9" w16cid:durableId="896629238">
    <w:abstractNumId w:val="0"/>
  </w:num>
  <w:num w:numId="10" w16cid:durableId="1610314460">
    <w:abstractNumId w:val="11"/>
  </w:num>
  <w:num w:numId="11" w16cid:durableId="1205799254">
    <w:abstractNumId w:val="18"/>
  </w:num>
  <w:num w:numId="12" w16cid:durableId="576131023">
    <w:abstractNumId w:val="10"/>
  </w:num>
  <w:num w:numId="13" w16cid:durableId="516314434">
    <w:abstractNumId w:val="13"/>
  </w:num>
  <w:num w:numId="14" w16cid:durableId="1277983316">
    <w:abstractNumId w:val="12"/>
  </w:num>
  <w:num w:numId="15" w16cid:durableId="1802649683">
    <w:abstractNumId w:val="17"/>
  </w:num>
  <w:num w:numId="16" w16cid:durableId="920456292">
    <w:abstractNumId w:val="16"/>
  </w:num>
  <w:num w:numId="17" w16cid:durableId="1287153781">
    <w:abstractNumId w:val="9"/>
  </w:num>
  <w:num w:numId="18" w16cid:durableId="572620220">
    <w:abstractNumId w:val="15"/>
  </w:num>
  <w:num w:numId="19" w16cid:durableId="106860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F5E"/>
    <w:rsid w:val="0029639D"/>
    <w:rsid w:val="00326F90"/>
    <w:rsid w:val="005E0FE0"/>
    <w:rsid w:val="006B6934"/>
    <w:rsid w:val="00790CBE"/>
    <w:rsid w:val="007F1C2E"/>
    <w:rsid w:val="00847FD9"/>
    <w:rsid w:val="00967ABB"/>
    <w:rsid w:val="009F6DE7"/>
    <w:rsid w:val="00AA1D8D"/>
    <w:rsid w:val="00B47730"/>
    <w:rsid w:val="00C8267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51B03"/>
  <w14:defaultImageDpi w14:val="300"/>
  <w15:docId w15:val="{441DC718-4A1A-4512-BEF0-FC6C81EB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922</Words>
  <Characters>5537</Characters>
  <Application>Microsoft Office Word</Application>
  <DocSecurity>0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Głuszek</cp:lastModifiedBy>
  <cp:revision>4</cp:revision>
  <dcterms:created xsi:type="dcterms:W3CDTF">2013-12-23T23:15:00Z</dcterms:created>
  <dcterms:modified xsi:type="dcterms:W3CDTF">2026-09-28T12:17:00Z</dcterms:modified>
  <cp:category/>
</cp:coreProperties>
</file>